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9F7BB" w14:textId="6B4CC162" w:rsidR="0035192C" w:rsidRPr="007C665C" w:rsidRDefault="003716AC">
      <w:pPr>
        <w:pStyle w:val="Heading1"/>
        <w:jc w:val="center"/>
        <w:rPr>
          <w:color w:val="9F2065"/>
          <w:sz w:val="48"/>
          <w:szCs w:val="44"/>
        </w:rPr>
      </w:pPr>
      <w:r w:rsidRPr="007C665C">
        <w:rPr>
          <w:noProof/>
          <w:color w:val="9F2065"/>
          <w:sz w:val="40"/>
          <w:szCs w:val="36"/>
        </w:rPr>
        <w:drawing>
          <wp:anchor distT="0" distB="0" distL="114300" distR="114300" simplePos="0" relativeHeight="251673600" behindDoc="1" locked="0" layoutInCell="1" allowOverlap="1" wp14:anchorId="63EDC69F" wp14:editId="1BBDE6E6">
            <wp:simplePos x="0" y="0"/>
            <wp:positionH relativeFrom="column">
              <wp:posOffset>3731067</wp:posOffset>
            </wp:positionH>
            <wp:positionV relativeFrom="paragraph">
              <wp:posOffset>-442</wp:posOffset>
            </wp:positionV>
            <wp:extent cx="1891665" cy="946150"/>
            <wp:effectExtent l="0" t="0" r="0" b="6350"/>
            <wp:wrapTight wrapText="bothSides">
              <wp:wrapPolygon edited="0">
                <wp:start x="0" y="0"/>
                <wp:lineTo x="0" y="21310"/>
                <wp:lineTo x="21317" y="21310"/>
                <wp:lineTo x="21317" y="0"/>
                <wp:lineTo x="0" y="0"/>
              </wp:wrapPolygon>
            </wp:wrapTight>
            <wp:docPr id="14713243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324321" name=""/>
                    <pic:cNvPicPr/>
                  </pic:nvPicPr>
                  <pic:blipFill rotWithShape="1">
                    <a:blip r:embed="rId6"/>
                    <a:srcRect l="21307" t="24992" r="61015" b="59289"/>
                    <a:stretch/>
                  </pic:blipFill>
                  <pic:spPr bwMode="auto">
                    <a:xfrm>
                      <a:off x="0" y="0"/>
                      <a:ext cx="1891665" cy="94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7C665C">
        <w:rPr>
          <w:color w:val="9F2065"/>
          <w:sz w:val="48"/>
          <w:szCs w:val="44"/>
        </w:rPr>
        <w:t>AskSara User Manual</w:t>
      </w:r>
    </w:p>
    <w:p w14:paraId="6C6BB72E" w14:textId="4623ED20" w:rsidR="003716AC" w:rsidRPr="007C665C" w:rsidRDefault="003716AC" w:rsidP="003716AC">
      <w:pPr>
        <w:rPr>
          <w:color w:val="9F2065"/>
          <w:sz w:val="32"/>
          <w:szCs w:val="28"/>
        </w:rPr>
      </w:pPr>
    </w:p>
    <w:p w14:paraId="1409701B" w14:textId="7A96CC43" w:rsidR="003716AC" w:rsidRPr="007C665C" w:rsidRDefault="003716AC" w:rsidP="003716AC">
      <w:pPr>
        <w:rPr>
          <w:color w:val="9F2065"/>
          <w:sz w:val="32"/>
          <w:szCs w:val="28"/>
        </w:rPr>
      </w:pPr>
    </w:p>
    <w:p w14:paraId="52317DA0" w14:textId="77777777" w:rsidR="0035192C" w:rsidRPr="007C665C" w:rsidRDefault="00000000">
      <w:pPr>
        <w:pStyle w:val="Heading2"/>
        <w:rPr>
          <w:color w:val="9F2065"/>
          <w:sz w:val="32"/>
          <w:szCs w:val="32"/>
        </w:rPr>
      </w:pPr>
      <w:r w:rsidRPr="007C665C">
        <w:rPr>
          <w:color w:val="9F2065"/>
          <w:sz w:val="32"/>
          <w:szCs w:val="32"/>
        </w:rPr>
        <w:t>Introduction</w:t>
      </w:r>
    </w:p>
    <w:p w14:paraId="7CB9DD44" w14:textId="13310DCF" w:rsidR="00985661" w:rsidRDefault="00000000">
      <w:r>
        <w:t>AskSara is an online tool that helps people find advice and products to support daily living. It’s free, easy to use, and available to everyone in Doncaster.</w:t>
      </w:r>
    </w:p>
    <w:p w14:paraId="6EA25621" w14:textId="77777777" w:rsidR="00985661" w:rsidRPr="007C665C" w:rsidRDefault="00985661">
      <w:pPr>
        <w:rPr>
          <w:sz w:val="32"/>
          <w:szCs w:val="28"/>
        </w:rPr>
      </w:pPr>
    </w:p>
    <w:p w14:paraId="44C658DE" w14:textId="77777777" w:rsidR="0035192C" w:rsidRPr="007C665C" w:rsidRDefault="00000000">
      <w:pPr>
        <w:pStyle w:val="Heading2"/>
        <w:rPr>
          <w:color w:val="9F2065"/>
          <w:sz w:val="32"/>
          <w:szCs w:val="32"/>
        </w:rPr>
      </w:pPr>
      <w:r w:rsidRPr="007C665C">
        <w:rPr>
          <w:color w:val="9F2065"/>
          <w:sz w:val="32"/>
          <w:szCs w:val="32"/>
        </w:rPr>
        <w:t>Step 1: Accessing AskSara</w:t>
      </w:r>
    </w:p>
    <w:p w14:paraId="084C1298" w14:textId="101BA214" w:rsidR="00732717" w:rsidRDefault="00000000" w:rsidP="00732717">
      <w:r>
        <w:t xml:space="preserve">Go to: </w:t>
      </w:r>
      <w:hyperlink r:id="rId7" w:history="1">
        <w:r w:rsidR="00E625DD" w:rsidRPr="00E625DD">
          <w:rPr>
            <w:rStyle w:val="Hyperlink"/>
          </w:rPr>
          <w:t>AskSARA for advice, support and products that make daily living easier - City of Doncaster Council</w:t>
        </w:r>
      </w:hyperlink>
      <w:r>
        <w:br/>
        <w:t>No</w:t>
      </w:r>
      <w:r w:rsidR="00985661">
        <w:t xml:space="preserve"> </w:t>
      </w:r>
      <w:r w:rsidR="00985661" w:rsidRPr="00985661">
        <w:t>login or account is needed.</w:t>
      </w:r>
    </w:p>
    <w:p w14:paraId="54C398BB" w14:textId="7570078D" w:rsidR="00E625DD" w:rsidRDefault="00732717">
      <w:pPr>
        <w:jc w:val="center"/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2699B06E" wp14:editId="259ED7C6">
            <wp:simplePos x="0" y="0"/>
            <wp:positionH relativeFrom="column">
              <wp:posOffset>4818904</wp:posOffset>
            </wp:positionH>
            <wp:positionV relativeFrom="paragraph">
              <wp:posOffset>475145</wp:posOffset>
            </wp:positionV>
            <wp:extent cx="508883" cy="381663"/>
            <wp:effectExtent l="76200" t="133350" r="62865" b="132715"/>
            <wp:wrapNone/>
            <wp:docPr id="1512368498" name="Picture 3" descr="Cursor icon mouse pointer click symbol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ursor icon mouse pointer click symbol Royalt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7" t="12176" r="18735" b="22804"/>
                    <a:stretch/>
                  </pic:blipFill>
                  <pic:spPr bwMode="auto">
                    <a:xfrm rot="19208060">
                      <a:off x="0" y="0"/>
                      <a:ext cx="508883" cy="38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5DD">
        <w:rPr>
          <w:noProof/>
        </w:rPr>
        <w:drawing>
          <wp:inline distT="0" distB="0" distL="0" distR="0" wp14:anchorId="4B53A3F2" wp14:editId="0F709B8F">
            <wp:extent cx="5606694" cy="1327868"/>
            <wp:effectExtent l="0" t="0" r="0" b="5715"/>
            <wp:docPr id="1802096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096050" name=""/>
                    <pic:cNvPicPr/>
                  </pic:nvPicPr>
                  <pic:blipFill rotWithShape="1">
                    <a:blip r:embed="rId9"/>
                    <a:srcRect l="2609" t="52560" r="39855" b="23215"/>
                    <a:stretch/>
                  </pic:blipFill>
                  <pic:spPr bwMode="auto">
                    <a:xfrm>
                      <a:off x="0" y="0"/>
                      <a:ext cx="5637781" cy="133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2717">
        <w:t xml:space="preserve"> </w:t>
      </w:r>
    </w:p>
    <w:p w14:paraId="7926763A" w14:textId="3AAA85CA" w:rsidR="00985661" w:rsidRDefault="00732717" w:rsidP="003716AC">
      <w:pPr>
        <w:jc w:val="center"/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1C62699F" wp14:editId="51E037B6">
            <wp:simplePos x="0" y="0"/>
            <wp:positionH relativeFrom="column">
              <wp:posOffset>4996898</wp:posOffset>
            </wp:positionH>
            <wp:positionV relativeFrom="paragraph">
              <wp:posOffset>341630</wp:posOffset>
            </wp:positionV>
            <wp:extent cx="508883" cy="381663"/>
            <wp:effectExtent l="57150" t="95250" r="62865" b="94615"/>
            <wp:wrapNone/>
            <wp:docPr id="1635775051" name="Picture 3" descr="Cursor icon mouse pointer click symbol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ursor icon mouse pointer click symbol Royalt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7" t="12176" r="18735" b="22804"/>
                    <a:stretch/>
                  </pic:blipFill>
                  <pic:spPr bwMode="auto">
                    <a:xfrm rot="20174699">
                      <a:off x="0" y="0"/>
                      <a:ext cx="508883" cy="38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5DD">
        <w:rPr>
          <w:noProof/>
        </w:rPr>
        <w:drawing>
          <wp:inline distT="0" distB="0" distL="0" distR="0" wp14:anchorId="7556F1BE" wp14:editId="18ADB415">
            <wp:extent cx="4725670" cy="1009815"/>
            <wp:effectExtent l="0" t="0" r="0" b="0"/>
            <wp:docPr id="714165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16579" name=""/>
                    <pic:cNvPicPr/>
                  </pic:nvPicPr>
                  <pic:blipFill rotWithShape="1">
                    <a:blip r:embed="rId10"/>
                    <a:srcRect l="580" t="69308" r="69565" b="19351"/>
                    <a:stretch/>
                  </pic:blipFill>
                  <pic:spPr bwMode="auto">
                    <a:xfrm>
                      <a:off x="0" y="0"/>
                      <a:ext cx="4767799" cy="1018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D2D39" w14:textId="77777777" w:rsidR="003716AC" w:rsidRDefault="003716AC" w:rsidP="003716AC"/>
    <w:p w14:paraId="200FF63F" w14:textId="77777777" w:rsidR="007C665C" w:rsidRDefault="007C665C" w:rsidP="003716AC"/>
    <w:p w14:paraId="3D27DE7D" w14:textId="77777777" w:rsidR="007C665C" w:rsidRDefault="007C665C" w:rsidP="003716AC"/>
    <w:p w14:paraId="3A739CD6" w14:textId="77777777" w:rsidR="007C665C" w:rsidRDefault="007C665C" w:rsidP="003716AC"/>
    <w:p w14:paraId="5821FBB4" w14:textId="77777777" w:rsidR="0035192C" w:rsidRPr="007C665C" w:rsidRDefault="00000000">
      <w:pPr>
        <w:pStyle w:val="Heading2"/>
        <w:rPr>
          <w:color w:val="9F2065"/>
          <w:sz w:val="32"/>
          <w:szCs w:val="32"/>
        </w:rPr>
      </w:pPr>
      <w:r w:rsidRPr="007C665C">
        <w:rPr>
          <w:color w:val="9F2065"/>
          <w:sz w:val="32"/>
          <w:szCs w:val="32"/>
        </w:rPr>
        <w:lastRenderedPageBreak/>
        <w:t>Step 2: Choosing a Topic</w:t>
      </w:r>
    </w:p>
    <w:p w14:paraId="2AC20980" w14:textId="2F2397AE" w:rsidR="0035192C" w:rsidRDefault="00000000">
      <w:r>
        <w:t xml:space="preserve">Select a topic that’s relevant to you or someone you support. </w:t>
      </w:r>
      <w:r w:rsidR="00E625DD">
        <w:t>AskSara has over 90 t</w:t>
      </w:r>
      <w:r>
        <w:t xml:space="preserve">opics </w:t>
      </w:r>
      <w:r w:rsidR="00E625DD">
        <w:t>to choose from. Some of the most common are</w:t>
      </w:r>
      <w:r>
        <w:t>:</w:t>
      </w:r>
      <w:r>
        <w:br/>
        <w:t>- Mobility</w:t>
      </w:r>
      <w:r>
        <w:br/>
        <w:t>- Memory</w:t>
      </w:r>
      <w:r>
        <w:br/>
        <w:t>- Daily routines</w:t>
      </w:r>
      <w:r>
        <w:br/>
        <w:t>- Mental health</w:t>
      </w:r>
    </w:p>
    <w:p w14:paraId="7E03974F" w14:textId="2CC90700" w:rsidR="00732717" w:rsidRDefault="003716AC">
      <w:pPr>
        <w:jc w:val="center"/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7BE26618" wp14:editId="65365CDB">
            <wp:simplePos x="0" y="0"/>
            <wp:positionH relativeFrom="column">
              <wp:posOffset>-550953</wp:posOffset>
            </wp:positionH>
            <wp:positionV relativeFrom="paragraph">
              <wp:posOffset>1717095</wp:posOffset>
            </wp:positionV>
            <wp:extent cx="508883" cy="381663"/>
            <wp:effectExtent l="57150" t="76200" r="43815" b="75565"/>
            <wp:wrapNone/>
            <wp:docPr id="1873117855" name="Picture 3" descr="Cursor icon mouse pointer click symbol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ursor icon mouse pointer click symbol Royalt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7" t="12176" r="18735" b="22804"/>
                    <a:stretch/>
                  </pic:blipFill>
                  <pic:spPr bwMode="auto">
                    <a:xfrm rot="9896305">
                      <a:off x="0" y="0"/>
                      <a:ext cx="508883" cy="38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717">
        <w:rPr>
          <w:noProof/>
        </w:rPr>
        <w:drawing>
          <wp:inline distT="0" distB="0" distL="0" distR="0" wp14:anchorId="7CF589EF" wp14:editId="06AFD2D2">
            <wp:extent cx="5557266" cy="2565483"/>
            <wp:effectExtent l="0" t="0" r="5715" b="6350"/>
            <wp:docPr id="488075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075157" name=""/>
                    <pic:cNvPicPr/>
                  </pic:nvPicPr>
                  <pic:blipFill rotWithShape="1">
                    <a:blip r:embed="rId11"/>
                    <a:srcRect l="9566" t="22158" r="11000" b="12651"/>
                    <a:stretch/>
                  </pic:blipFill>
                  <pic:spPr bwMode="auto">
                    <a:xfrm>
                      <a:off x="0" y="0"/>
                      <a:ext cx="5584682" cy="2578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3953C" w14:textId="77777777" w:rsidR="00732717" w:rsidRDefault="00732717">
      <w:pPr>
        <w:jc w:val="center"/>
      </w:pPr>
    </w:p>
    <w:p w14:paraId="6847F058" w14:textId="5F85D854" w:rsidR="00732717" w:rsidRDefault="00732717">
      <w:pPr>
        <w:jc w:val="center"/>
      </w:pPr>
    </w:p>
    <w:p w14:paraId="613557EC" w14:textId="77777777" w:rsidR="00985661" w:rsidRDefault="00985661">
      <w:pPr>
        <w:jc w:val="center"/>
      </w:pPr>
    </w:p>
    <w:p w14:paraId="3D80FB98" w14:textId="2759D9E8" w:rsidR="0035192C" w:rsidRPr="007C665C" w:rsidRDefault="00000000">
      <w:pPr>
        <w:pStyle w:val="Heading2"/>
        <w:rPr>
          <w:color w:val="9F2065"/>
          <w:sz w:val="32"/>
          <w:szCs w:val="32"/>
        </w:rPr>
      </w:pPr>
      <w:r w:rsidRPr="007C665C">
        <w:rPr>
          <w:color w:val="9F2065"/>
          <w:sz w:val="32"/>
          <w:szCs w:val="32"/>
        </w:rPr>
        <w:t>Step 3: Answering Questions</w:t>
      </w:r>
    </w:p>
    <w:p w14:paraId="378E004F" w14:textId="00549A48" w:rsidR="003716AC" w:rsidRDefault="00000000">
      <w:r>
        <w:t>Answer a few simple questions. This helps AskSara tailor its advice to your needs.</w:t>
      </w:r>
    </w:p>
    <w:p w14:paraId="1E197037" w14:textId="48AF7C25" w:rsidR="003716AC" w:rsidRDefault="003716AC">
      <w:r>
        <w:rPr>
          <w:noProof/>
        </w:rPr>
        <w:drawing>
          <wp:anchor distT="0" distB="0" distL="114300" distR="114300" simplePos="0" relativeHeight="251663360" behindDoc="0" locked="0" layoutInCell="1" allowOverlap="1" wp14:anchorId="776B5010" wp14:editId="23B86E11">
            <wp:simplePos x="0" y="0"/>
            <wp:positionH relativeFrom="column">
              <wp:posOffset>3721071</wp:posOffset>
            </wp:positionH>
            <wp:positionV relativeFrom="paragraph">
              <wp:posOffset>1985396</wp:posOffset>
            </wp:positionV>
            <wp:extent cx="508883" cy="381663"/>
            <wp:effectExtent l="38100" t="38100" r="24765" b="37465"/>
            <wp:wrapNone/>
            <wp:docPr id="852953814" name="Picture 3" descr="Cursor icon mouse pointer click symbol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ursor icon mouse pointer click symbol Royalt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7" t="12176" r="18735" b="22804"/>
                    <a:stretch/>
                  </pic:blipFill>
                  <pic:spPr bwMode="auto">
                    <a:xfrm rot="423218">
                      <a:off x="0" y="0"/>
                      <a:ext cx="508883" cy="38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FA07AF9" wp14:editId="4772CA36">
            <wp:extent cx="5811467" cy="2011680"/>
            <wp:effectExtent l="0" t="0" r="0" b="7620"/>
            <wp:docPr id="1105304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304508" name=""/>
                    <pic:cNvPicPr/>
                  </pic:nvPicPr>
                  <pic:blipFill rotWithShape="1">
                    <a:blip r:embed="rId12"/>
                    <a:srcRect l="6236" t="26280" r="7499" b="20632"/>
                    <a:stretch/>
                  </pic:blipFill>
                  <pic:spPr bwMode="auto">
                    <a:xfrm>
                      <a:off x="0" y="0"/>
                      <a:ext cx="5827547" cy="2017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CF646" w14:textId="63E077A7" w:rsidR="003716AC" w:rsidRDefault="003716AC">
      <w:r>
        <w:lastRenderedPageBreak/>
        <w:t>It will then ask a few questions such as:</w:t>
      </w:r>
    </w:p>
    <w:p w14:paraId="03213D11" w14:textId="33F1E9D4" w:rsidR="003716AC" w:rsidRDefault="003716AC">
      <w:r>
        <w:rPr>
          <w:noProof/>
        </w:rPr>
        <w:drawing>
          <wp:anchor distT="0" distB="0" distL="114300" distR="114300" simplePos="0" relativeHeight="251667456" behindDoc="0" locked="0" layoutInCell="1" allowOverlap="1" wp14:anchorId="71549F6F" wp14:editId="44CC4342">
            <wp:simplePos x="0" y="0"/>
            <wp:positionH relativeFrom="column">
              <wp:posOffset>-492981</wp:posOffset>
            </wp:positionH>
            <wp:positionV relativeFrom="paragraph">
              <wp:posOffset>1841031</wp:posOffset>
            </wp:positionV>
            <wp:extent cx="508883" cy="381663"/>
            <wp:effectExtent l="120650" t="69850" r="107315" b="69215"/>
            <wp:wrapNone/>
            <wp:docPr id="635133095" name="Picture 3" descr="Cursor icon mouse pointer click symbol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ursor icon mouse pointer click symbol Royalt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7" t="12176" r="18735" b="22804"/>
                    <a:stretch/>
                  </pic:blipFill>
                  <pic:spPr bwMode="auto">
                    <a:xfrm rot="7956861">
                      <a:off x="0" y="0"/>
                      <a:ext cx="508883" cy="38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5EDFF27" wp14:editId="49F8CC28">
            <wp:extent cx="4921857" cy="2277102"/>
            <wp:effectExtent l="0" t="0" r="0" b="9525"/>
            <wp:docPr id="320899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899208" name=""/>
                    <pic:cNvPicPr/>
                  </pic:nvPicPr>
                  <pic:blipFill rotWithShape="1">
                    <a:blip r:embed="rId13"/>
                    <a:srcRect l="5944" t="36586" r="36087" b="15735"/>
                    <a:stretch/>
                  </pic:blipFill>
                  <pic:spPr bwMode="auto">
                    <a:xfrm>
                      <a:off x="0" y="0"/>
                      <a:ext cx="4935796" cy="2283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2FC4F" w14:textId="2EB369E3" w:rsidR="003716AC" w:rsidRDefault="003716AC"/>
    <w:p w14:paraId="37018755" w14:textId="77777777" w:rsidR="0035192C" w:rsidRPr="007C665C" w:rsidRDefault="00000000">
      <w:pPr>
        <w:pStyle w:val="Heading2"/>
        <w:rPr>
          <w:color w:val="9F2065"/>
          <w:sz w:val="32"/>
          <w:szCs w:val="32"/>
        </w:rPr>
      </w:pPr>
      <w:r w:rsidRPr="007C665C">
        <w:rPr>
          <w:color w:val="9F2065"/>
          <w:sz w:val="32"/>
          <w:szCs w:val="32"/>
        </w:rPr>
        <w:t>Step 4: Viewing Your Report</w:t>
      </w:r>
    </w:p>
    <w:p w14:paraId="50B19F65" w14:textId="77777777" w:rsidR="0035192C" w:rsidRDefault="00000000">
      <w:r>
        <w:t>You’ll receive a personalised report with:</w:t>
      </w:r>
      <w:r>
        <w:br/>
        <w:t>- Practical advice</w:t>
      </w:r>
      <w:r>
        <w:br/>
        <w:t>- Suggested products</w:t>
      </w:r>
      <w:r>
        <w:br/>
        <w:t>- Links to suppliers and services</w:t>
      </w:r>
    </w:p>
    <w:p w14:paraId="70A6C34D" w14:textId="2C58C51C" w:rsidR="003716AC" w:rsidRDefault="003716AC"/>
    <w:p w14:paraId="1D54EF13" w14:textId="60EE62B1" w:rsidR="003716AC" w:rsidRDefault="003716AC">
      <w:r>
        <w:rPr>
          <w:noProof/>
        </w:rPr>
        <w:drawing>
          <wp:anchor distT="0" distB="0" distL="114300" distR="114300" simplePos="0" relativeHeight="251659264" behindDoc="0" locked="0" layoutInCell="1" allowOverlap="1" wp14:anchorId="2D62DCAA" wp14:editId="4388459E">
            <wp:simplePos x="0" y="0"/>
            <wp:positionH relativeFrom="column">
              <wp:posOffset>5446643</wp:posOffset>
            </wp:positionH>
            <wp:positionV relativeFrom="paragraph">
              <wp:posOffset>19905</wp:posOffset>
            </wp:positionV>
            <wp:extent cx="508883" cy="381663"/>
            <wp:effectExtent l="120650" t="69850" r="107315" b="69215"/>
            <wp:wrapNone/>
            <wp:docPr id="1084148674" name="Picture 3" descr="Cursor icon mouse pointer click symbol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ursor icon mouse pointer click symbol Royalt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7" t="12176" r="18735" b="22804"/>
                    <a:stretch/>
                  </pic:blipFill>
                  <pic:spPr bwMode="auto">
                    <a:xfrm rot="18418907">
                      <a:off x="0" y="0"/>
                      <a:ext cx="508883" cy="38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D3A91E3" wp14:editId="303319F4">
            <wp:extent cx="5389297" cy="699715"/>
            <wp:effectExtent l="0" t="0" r="1905" b="5715"/>
            <wp:docPr id="1317986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986191" name=""/>
                    <pic:cNvPicPr/>
                  </pic:nvPicPr>
                  <pic:blipFill rotWithShape="1">
                    <a:blip r:embed="rId14"/>
                    <a:srcRect l="5219" t="38389" r="42301" b="49498"/>
                    <a:stretch/>
                  </pic:blipFill>
                  <pic:spPr bwMode="auto">
                    <a:xfrm>
                      <a:off x="0" y="0"/>
                      <a:ext cx="5494819" cy="71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11CE0" w14:textId="77777777" w:rsidR="003716AC" w:rsidRDefault="003716AC"/>
    <w:p w14:paraId="55347AA2" w14:textId="77777777" w:rsidR="003716AC" w:rsidRDefault="003716AC"/>
    <w:p w14:paraId="3B728BBC" w14:textId="5B4FF582" w:rsidR="0035192C" w:rsidRPr="007C665C" w:rsidRDefault="00000000">
      <w:pPr>
        <w:pStyle w:val="Heading2"/>
        <w:rPr>
          <w:color w:val="9F2065"/>
          <w:sz w:val="32"/>
          <w:szCs w:val="32"/>
        </w:rPr>
      </w:pPr>
      <w:r w:rsidRPr="007C665C">
        <w:rPr>
          <w:color w:val="9F2065"/>
          <w:sz w:val="32"/>
          <w:szCs w:val="32"/>
        </w:rPr>
        <w:t>Conclusion</w:t>
      </w:r>
    </w:p>
    <w:p w14:paraId="34676DE9" w14:textId="77777777" w:rsidR="0035192C" w:rsidRDefault="00000000">
      <w:r>
        <w:t>AskSara is a great starting point for finding support. Share it with colleagues, families, and people you work with.</w:t>
      </w:r>
    </w:p>
    <w:p w14:paraId="2866236A" w14:textId="3A9FD475" w:rsidR="0035192C" w:rsidRDefault="0035192C" w:rsidP="00E625DD"/>
    <w:sectPr w:rsidR="0035192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60014884">
    <w:abstractNumId w:val="8"/>
  </w:num>
  <w:num w:numId="2" w16cid:durableId="2018726790">
    <w:abstractNumId w:val="6"/>
  </w:num>
  <w:num w:numId="3" w16cid:durableId="1849129907">
    <w:abstractNumId w:val="5"/>
  </w:num>
  <w:num w:numId="4" w16cid:durableId="592252020">
    <w:abstractNumId w:val="4"/>
  </w:num>
  <w:num w:numId="5" w16cid:durableId="1879514215">
    <w:abstractNumId w:val="7"/>
  </w:num>
  <w:num w:numId="6" w16cid:durableId="1976134459">
    <w:abstractNumId w:val="3"/>
  </w:num>
  <w:num w:numId="7" w16cid:durableId="151651248">
    <w:abstractNumId w:val="2"/>
  </w:num>
  <w:num w:numId="8" w16cid:durableId="1595169559">
    <w:abstractNumId w:val="1"/>
  </w:num>
  <w:num w:numId="9" w16cid:durableId="2098016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35192C"/>
    <w:rsid w:val="003716AC"/>
    <w:rsid w:val="004C6874"/>
    <w:rsid w:val="00732717"/>
    <w:rsid w:val="007C665C"/>
    <w:rsid w:val="00985661"/>
    <w:rsid w:val="00A64A8A"/>
    <w:rsid w:val="00AA1D8D"/>
    <w:rsid w:val="00B47730"/>
    <w:rsid w:val="00CB0664"/>
    <w:rsid w:val="00E625DD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0EEDE68"/>
  <w14:defaultImageDpi w14:val="300"/>
  <w15:docId w15:val="{55213AF3-6348-42D4-A8AB-83DC8F900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E625D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25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https://www.doncaster.gov.uk/services/adult-social-care/asksara-for-advice-support-and-products-that-make-daily-living-easier" TargetMode="External"/><Relationship Id="rId12" Type="http://schemas.openxmlformats.org/officeDocument/2006/relationships/image" Target="media/image6.pn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F667F4AE94514E95D87AE81AEE2D93" ma:contentTypeVersion="13" ma:contentTypeDescription="Create a new document." ma:contentTypeScope="" ma:versionID="e9a1e159b3d95b93a8a86ead8932e40c">
  <xsd:schema xmlns:xsd="http://www.w3.org/2001/XMLSchema" xmlns:xs="http://www.w3.org/2001/XMLSchema" xmlns:p="http://schemas.microsoft.com/office/2006/metadata/properties" xmlns:ns2="55704005-d324-4862-b768-832c1b48a82b" xmlns:ns3="1d027cab-9b9b-411b-b9e8-4dcef4e32054" targetNamespace="http://schemas.microsoft.com/office/2006/metadata/properties" ma:root="true" ma:fieldsID="fffa19c739d5911a3f66c7d5e8b4cd5f" ns2:_="" ns3:_="">
    <xsd:import namespace="55704005-d324-4862-b768-832c1b48a82b"/>
    <xsd:import namespace="1d027cab-9b9b-411b-b9e8-4dcef4e320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04005-d324-4862-b768-832c1b48a8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6c40f8d-8524-4845-a2fc-30090feebe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27cab-9b9b-411b-b9e8-4dcef4e3205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9c432c8-7cc7-4d38-9a74-4b06f90aca38}" ma:internalName="TaxCatchAll" ma:showField="CatchAllData" ma:web="1d027cab-9b9b-411b-b9e8-4dcef4e320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027cab-9b9b-411b-b9e8-4dcef4e32054" xsi:nil="true"/>
    <lcf76f155ced4ddcb4097134ff3c332f xmlns="55704005-d324-4862-b768-832c1b48a82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545F14-F079-4AA5-9510-E67E2CEE4AD4}"/>
</file>

<file path=customXml/itemProps3.xml><?xml version="1.0" encoding="utf-8"?>
<ds:datastoreItem xmlns:ds="http://schemas.openxmlformats.org/officeDocument/2006/customXml" ds:itemID="{32DF9FF6-3306-4218-B573-4C47FD012B21}"/>
</file>

<file path=customXml/itemProps4.xml><?xml version="1.0" encoding="utf-8"?>
<ds:datastoreItem xmlns:ds="http://schemas.openxmlformats.org/officeDocument/2006/customXml" ds:itemID="{9095C5FC-15DF-4399-A364-F337A88AB63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McInally, Lucy</cp:lastModifiedBy>
  <cp:revision>3</cp:revision>
  <dcterms:created xsi:type="dcterms:W3CDTF">2025-06-03T14:07:00Z</dcterms:created>
  <dcterms:modified xsi:type="dcterms:W3CDTF">2025-06-03T14:10:00Z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0x01010071F667F4AE94514E95D87AE81AEE2D93</vt:lpwstr>
  </property>
</Properties>
</file>